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57E55" w14:textId="77777777" w:rsidR="007A09BB" w:rsidRDefault="003A6BAE">
      <w:pPr>
        <w:jc w:val="center"/>
      </w:pPr>
      <w:r>
        <w:rPr>
          <w:b/>
          <w:sz w:val="30"/>
        </w:rPr>
        <w:t>TIJORAT TAKLIFI</w:t>
      </w:r>
    </w:p>
    <w:p w14:paraId="351C5022" w14:textId="77777777" w:rsidR="007A09BB" w:rsidRDefault="003A6BAE">
      <w:pPr>
        <w:jc w:val="center"/>
      </w:pPr>
      <w:r>
        <w:rPr>
          <w:i/>
        </w:rPr>
        <w:t>Davlat xaridi predmetining bozor narxini o‘rganish uchun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128"/>
        <w:gridCol w:w="5128"/>
      </w:tblGrid>
      <w:tr w:rsidR="007A09BB" w14:paraId="69BE2920" w14:textId="77777777">
        <w:trPr>
          <w:jc w:val="center"/>
        </w:trPr>
        <w:tc>
          <w:tcPr>
            <w:tcW w:w="5128" w:type="dxa"/>
            <w:vAlign w:val="center"/>
          </w:tcPr>
          <w:p w14:paraId="1A3AE63F" w14:textId="77777777" w:rsidR="007A09BB" w:rsidRDefault="003A6BAE">
            <w:r>
              <w:rPr>
                <w:sz w:val="18"/>
              </w:rPr>
              <w:t>Tijorat taklifi №</w:t>
            </w:r>
          </w:p>
        </w:tc>
        <w:tc>
          <w:tcPr>
            <w:tcW w:w="5128" w:type="dxa"/>
            <w:vAlign w:val="center"/>
          </w:tcPr>
          <w:p w14:paraId="609FB3B6" w14:textId="77777777" w:rsidR="007A09BB" w:rsidRDefault="003A6BAE">
            <w:r>
              <w:rPr>
                <w:sz w:val="18"/>
              </w:rPr>
              <w:t>____________________________</w:t>
            </w:r>
          </w:p>
        </w:tc>
      </w:tr>
      <w:tr w:rsidR="007A09BB" w14:paraId="6CE77C43" w14:textId="77777777">
        <w:trPr>
          <w:jc w:val="center"/>
        </w:trPr>
        <w:tc>
          <w:tcPr>
            <w:tcW w:w="5128" w:type="dxa"/>
            <w:vAlign w:val="center"/>
          </w:tcPr>
          <w:p w14:paraId="3F3CB2ED" w14:textId="77777777" w:rsidR="007A09BB" w:rsidRDefault="003A6BAE">
            <w:r>
              <w:rPr>
                <w:sz w:val="18"/>
              </w:rPr>
              <w:t>Sana</w:t>
            </w:r>
          </w:p>
        </w:tc>
        <w:tc>
          <w:tcPr>
            <w:tcW w:w="5128" w:type="dxa"/>
            <w:vAlign w:val="center"/>
          </w:tcPr>
          <w:p w14:paraId="16A90312" w14:textId="77777777" w:rsidR="007A09BB" w:rsidRDefault="003A6BAE">
            <w:r>
              <w:rPr>
                <w:sz w:val="18"/>
              </w:rPr>
              <w:t>«____» ______________ 20____ yil</w:t>
            </w:r>
          </w:p>
        </w:tc>
      </w:tr>
      <w:tr w:rsidR="007A09BB" w14:paraId="69AEAAA6" w14:textId="77777777">
        <w:trPr>
          <w:jc w:val="center"/>
        </w:trPr>
        <w:tc>
          <w:tcPr>
            <w:tcW w:w="5128" w:type="dxa"/>
            <w:vAlign w:val="center"/>
          </w:tcPr>
          <w:p w14:paraId="0797156C" w14:textId="77777777" w:rsidR="007A09BB" w:rsidRDefault="003A6BAE">
            <w:r>
              <w:rPr>
                <w:sz w:val="18"/>
              </w:rPr>
              <w:t>Davlat buyurtmachisi</w:t>
            </w:r>
          </w:p>
        </w:tc>
        <w:tc>
          <w:tcPr>
            <w:tcW w:w="5128" w:type="dxa"/>
            <w:vAlign w:val="center"/>
          </w:tcPr>
          <w:p w14:paraId="4A1D861C" w14:textId="77777777" w:rsidR="007A09BB" w:rsidRDefault="003A6BAE">
            <w:r>
              <w:rPr>
                <w:sz w:val="18"/>
              </w:rPr>
              <w:t>____________________________________________</w:t>
            </w:r>
          </w:p>
        </w:tc>
      </w:tr>
    </w:tbl>
    <w:p w14:paraId="6CD59145" w14:textId="77777777" w:rsidR="007A09BB" w:rsidRDefault="003A6BAE">
      <w:pPr>
        <w:spacing w:before="160"/>
      </w:pPr>
      <w:r>
        <w:rPr>
          <w:b/>
          <w:sz w:val="24"/>
        </w:rPr>
        <w:t>1. Yetkazib beruvchi haqida ma’lumot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34"/>
        <w:gridCol w:w="9722"/>
      </w:tblGrid>
      <w:tr w:rsidR="007A09BB" w14:paraId="6FE4E980" w14:textId="77777777" w:rsidTr="003A6BAE">
        <w:tc>
          <w:tcPr>
            <w:tcW w:w="534" w:type="dxa"/>
            <w:vAlign w:val="center"/>
          </w:tcPr>
          <w:p w14:paraId="583304A4" w14:textId="77777777" w:rsidR="007A09BB" w:rsidRDefault="003A6BAE">
            <w:r>
              <w:rPr>
                <w:sz w:val="18"/>
              </w:rPr>
              <w:t>1</w:t>
            </w:r>
          </w:p>
        </w:tc>
        <w:tc>
          <w:tcPr>
            <w:tcW w:w="9722" w:type="dxa"/>
            <w:vAlign w:val="center"/>
          </w:tcPr>
          <w:p w14:paraId="3845FC18" w14:textId="77777777" w:rsidR="007A09BB" w:rsidRDefault="003A6BAE">
            <w:r>
              <w:rPr>
                <w:sz w:val="18"/>
              </w:rPr>
              <w:t>Korxona/tadbirkorlik subyekti nomi: __________________________________________</w:t>
            </w:r>
          </w:p>
        </w:tc>
      </w:tr>
      <w:tr w:rsidR="007A09BB" w14:paraId="51A1C349" w14:textId="77777777" w:rsidTr="003A6BAE">
        <w:tc>
          <w:tcPr>
            <w:tcW w:w="534" w:type="dxa"/>
            <w:vAlign w:val="center"/>
          </w:tcPr>
          <w:p w14:paraId="3BDEC9F6" w14:textId="77777777" w:rsidR="007A09BB" w:rsidRDefault="003A6BAE">
            <w:r>
              <w:rPr>
                <w:sz w:val="18"/>
              </w:rPr>
              <w:t>2</w:t>
            </w:r>
          </w:p>
        </w:tc>
        <w:tc>
          <w:tcPr>
            <w:tcW w:w="9722" w:type="dxa"/>
            <w:vAlign w:val="center"/>
          </w:tcPr>
          <w:p w14:paraId="6CF6C2F3" w14:textId="77777777" w:rsidR="007A09BB" w:rsidRDefault="003A6BAE">
            <w:r>
              <w:rPr>
                <w:sz w:val="18"/>
              </w:rPr>
              <w:t>STIR: __________________________________________</w:t>
            </w:r>
          </w:p>
        </w:tc>
      </w:tr>
      <w:tr w:rsidR="007A09BB" w14:paraId="4929002D" w14:textId="77777777" w:rsidTr="003A6BAE">
        <w:tc>
          <w:tcPr>
            <w:tcW w:w="534" w:type="dxa"/>
            <w:vAlign w:val="center"/>
          </w:tcPr>
          <w:p w14:paraId="45CDADA6" w14:textId="77777777" w:rsidR="007A09BB" w:rsidRDefault="003A6BAE">
            <w:r>
              <w:rPr>
                <w:sz w:val="18"/>
              </w:rPr>
              <w:t>3</w:t>
            </w:r>
          </w:p>
        </w:tc>
        <w:tc>
          <w:tcPr>
            <w:tcW w:w="9722" w:type="dxa"/>
            <w:vAlign w:val="center"/>
          </w:tcPr>
          <w:p w14:paraId="7E8B82E1" w14:textId="77777777" w:rsidR="007A09BB" w:rsidRDefault="003A6BAE">
            <w:r>
              <w:rPr>
                <w:sz w:val="18"/>
              </w:rPr>
              <w:t xml:space="preserve">Yuridik manzil: </w:t>
            </w:r>
            <w:r>
              <w:rPr>
                <w:sz w:val="18"/>
              </w:rPr>
              <w:t>__________________________________________</w:t>
            </w:r>
          </w:p>
        </w:tc>
      </w:tr>
      <w:tr w:rsidR="007A09BB" w14:paraId="578B2DB9" w14:textId="77777777" w:rsidTr="003A6BAE">
        <w:tc>
          <w:tcPr>
            <w:tcW w:w="534" w:type="dxa"/>
            <w:vAlign w:val="center"/>
          </w:tcPr>
          <w:p w14:paraId="44F8A3BA" w14:textId="77777777" w:rsidR="007A09BB" w:rsidRDefault="003A6BAE">
            <w:r>
              <w:rPr>
                <w:sz w:val="18"/>
              </w:rPr>
              <w:t>4</w:t>
            </w:r>
          </w:p>
        </w:tc>
        <w:tc>
          <w:tcPr>
            <w:tcW w:w="9722" w:type="dxa"/>
            <w:vAlign w:val="center"/>
          </w:tcPr>
          <w:p w14:paraId="11ADE732" w14:textId="77777777" w:rsidR="007A09BB" w:rsidRDefault="003A6BAE">
            <w:r>
              <w:rPr>
                <w:sz w:val="18"/>
              </w:rPr>
              <w:t>Bank nomi: __________________________________________</w:t>
            </w:r>
          </w:p>
        </w:tc>
      </w:tr>
      <w:tr w:rsidR="007A09BB" w14:paraId="75685908" w14:textId="77777777" w:rsidTr="003A6BAE">
        <w:tc>
          <w:tcPr>
            <w:tcW w:w="534" w:type="dxa"/>
            <w:vAlign w:val="center"/>
          </w:tcPr>
          <w:p w14:paraId="1165F3C4" w14:textId="77777777" w:rsidR="007A09BB" w:rsidRDefault="003A6BAE">
            <w:r>
              <w:rPr>
                <w:sz w:val="18"/>
              </w:rPr>
              <w:t>5</w:t>
            </w:r>
          </w:p>
        </w:tc>
        <w:tc>
          <w:tcPr>
            <w:tcW w:w="9722" w:type="dxa"/>
            <w:vAlign w:val="center"/>
          </w:tcPr>
          <w:p w14:paraId="0F456CB7" w14:textId="77777777" w:rsidR="007A09BB" w:rsidRDefault="003A6BAE">
            <w:r>
              <w:rPr>
                <w:sz w:val="18"/>
              </w:rPr>
              <w:t>Hisob raqami: __________________________________________</w:t>
            </w:r>
          </w:p>
        </w:tc>
      </w:tr>
      <w:tr w:rsidR="007A09BB" w14:paraId="6F601758" w14:textId="77777777" w:rsidTr="003A6BAE">
        <w:tc>
          <w:tcPr>
            <w:tcW w:w="534" w:type="dxa"/>
            <w:vAlign w:val="center"/>
          </w:tcPr>
          <w:p w14:paraId="3F2C7CB8" w14:textId="77777777" w:rsidR="007A09BB" w:rsidRDefault="003A6BAE">
            <w:r>
              <w:rPr>
                <w:sz w:val="18"/>
              </w:rPr>
              <w:t>6</w:t>
            </w:r>
          </w:p>
        </w:tc>
        <w:tc>
          <w:tcPr>
            <w:tcW w:w="9722" w:type="dxa"/>
            <w:vAlign w:val="center"/>
          </w:tcPr>
          <w:p w14:paraId="28B97F94" w14:textId="77777777" w:rsidR="007A09BB" w:rsidRDefault="003A6BAE">
            <w:r>
              <w:rPr>
                <w:sz w:val="18"/>
              </w:rPr>
              <w:t>MFO: __________________________________________</w:t>
            </w:r>
          </w:p>
        </w:tc>
      </w:tr>
      <w:tr w:rsidR="007A09BB" w14:paraId="367E8463" w14:textId="77777777" w:rsidTr="003A6BAE">
        <w:tc>
          <w:tcPr>
            <w:tcW w:w="534" w:type="dxa"/>
            <w:vAlign w:val="center"/>
          </w:tcPr>
          <w:p w14:paraId="546C8F37" w14:textId="77777777" w:rsidR="007A09BB" w:rsidRDefault="003A6BAE">
            <w:r>
              <w:rPr>
                <w:sz w:val="18"/>
              </w:rPr>
              <w:t>7</w:t>
            </w:r>
          </w:p>
        </w:tc>
        <w:tc>
          <w:tcPr>
            <w:tcW w:w="9722" w:type="dxa"/>
            <w:vAlign w:val="center"/>
          </w:tcPr>
          <w:p w14:paraId="63BF21BF" w14:textId="77777777" w:rsidR="007A09BB" w:rsidRDefault="003A6BAE">
            <w:r>
              <w:rPr>
                <w:sz w:val="18"/>
              </w:rPr>
              <w:t>Telefon: _________________________________</w:t>
            </w:r>
            <w:r>
              <w:rPr>
                <w:sz w:val="18"/>
              </w:rPr>
              <w:t>_________</w:t>
            </w:r>
          </w:p>
        </w:tc>
      </w:tr>
      <w:tr w:rsidR="007A09BB" w14:paraId="4C28110E" w14:textId="77777777" w:rsidTr="003A6BAE">
        <w:tc>
          <w:tcPr>
            <w:tcW w:w="534" w:type="dxa"/>
            <w:vAlign w:val="center"/>
          </w:tcPr>
          <w:p w14:paraId="2EA9A84D" w14:textId="77777777" w:rsidR="007A09BB" w:rsidRDefault="003A6BAE">
            <w:r>
              <w:rPr>
                <w:sz w:val="18"/>
              </w:rPr>
              <w:t>8</w:t>
            </w:r>
          </w:p>
        </w:tc>
        <w:tc>
          <w:tcPr>
            <w:tcW w:w="9722" w:type="dxa"/>
            <w:vAlign w:val="center"/>
          </w:tcPr>
          <w:p w14:paraId="3DAA5FC0" w14:textId="77777777" w:rsidR="007A09BB" w:rsidRDefault="003A6BAE">
            <w:r>
              <w:rPr>
                <w:sz w:val="18"/>
              </w:rPr>
              <w:t>Elektron pochta: __________________________________________</w:t>
            </w:r>
          </w:p>
        </w:tc>
      </w:tr>
      <w:tr w:rsidR="007A09BB" w14:paraId="40AF911A" w14:textId="77777777" w:rsidTr="003A6BAE">
        <w:tc>
          <w:tcPr>
            <w:tcW w:w="534" w:type="dxa"/>
            <w:vAlign w:val="center"/>
          </w:tcPr>
          <w:p w14:paraId="38232ACA" w14:textId="77777777" w:rsidR="007A09BB" w:rsidRDefault="003A6BAE">
            <w:r>
              <w:rPr>
                <w:sz w:val="18"/>
              </w:rPr>
              <w:t>9</w:t>
            </w:r>
          </w:p>
        </w:tc>
        <w:tc>
          <w:tcPr>
            <w:tcW w:w="9722" w:type="dxa"/>
            <w:vAlign w:val="center"/>
          </w:tcPr>
          <w:p w14:paraId="382D6605" w14:textId="77777777" w:rsidR="007A09BB" w:rsidRDefault="003A6BAE">
            <w:r>
              <w:rPr>
                <w:sz w:val="18"/>
              </w:rPr>
              <w:t>Mas’ul shaxs, F.I.O.: __________________________________________</w:t>
            </w:r>
          </w:p>
        </w:tc>
      </w:tr>
    </w:tbl>
    <w:p w14:paraId="2A5E70A2" w14:textId="77777777" w:rsidR="007A09BB" w:rsidRDefault="003A6BAE">
      <w:pPr>
        <w:spacing w:before="160"/>
      </w:pPr>
      <w:r>
        <w:rPr>
          <w:b/>
          <w:sz w:val="24"/>
        </w:rPr>
        <w:t>2. Tijorat taklifi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465"/>
        <w:gridCol w:w="1465"/>
        <w:gridCol w:w="1536"/>
        <w:gridCol w:w="1465"/>
        <w:gridCol w:w="1465"/>
        <w:gridCol w:w="1465"/>
        <w:gridCol w:w="1465"/>
      </w:tblGrid>
      <w:tr w:rsidR="007A09BB" w14:paraId="34C1749A" w14:textId="77777777">
        <w:trPr>
          <w:jc w:val="center"/>
        </w:trPr>
        <w:tc>
          <w:tcPr>
            <w:tcW w:w="1465" w:type="dxa"/>
            <w:vAlign w:val="center"/>
          </w:tcPr>
          <w:p w14:paraId="0413B6B2" w14:textId="77777777" w:rsidR="007A09BB" w:rsidRDefault="003A6BAE">
            <w:r>
              <w:rPr>
                <w:sz w:val="18"/>
              </w:rPr>
              <w:t>T/r</w:t>
            </w:r>
          </w:p>
        </w:tc>
        <w:tc>
          <w:tcPr>
            <w:tcW w:w="1465" w:type="dxa"/>
            <w:vAlign w:val="center"/>
          </w:tcPr>
          <w:p w14:paraId="035474DA" w14:textId="77777777" w:rsidR="007A09BB" w:rsidRDefault="003A6BAE">
            <w:r>
              <w:rPr>
                <w:sz w:val="18"/>
              </w:rPr>
              <w:t>Tovar (ish, xizmat) nomi</w:t>
            </w:r>
          </w:p>
        </w:tc>
        <w:tc>
          <w:tcPr>
            <w:tcW w:w="1465" w:type="dxa"/>
            <w:vAlign w:val="center"/>
          </w:tcPr>
          <w:p w14:paraId="5A138CC9" w14:textId="77777777" w:rsidR="007A09BB" w:rsidRDefault="003A6BAE">
            <w:r>
              <w:rPr>
                <w:sz w:val="18"/>
              </w:rPr>
              <w:t>Texnik/funksional xususiyatlari</w:t>
            </w:r>
          </w:p>
        </w:tc>
        <w:tc>
          <w:tcPr>
            <w:tcW w:w="1465" w:type="dxa"/>
            <w:vAlign w:val="center"/>
          </w:tcPr>
          <w:p w14:paraId="3B0CE0B3" w14:textId="77777777" w:rsidR="007A09BB" w:rsidRDefault="003A6BAE">
            <w:r>
              <w:rPr>
                <w:sz w:val="18"/>
              </w:rPr>
              <w:t>O‘lchov birligi</w:t>
            </w:r>
          </w:p>
        </w:tc>
        <w:tc>
          <w:tcPr>
            <w:tcW w:w="1465" w:type="dxa"/>
            <w:vAlign w:val="center"/>
          </w:tcPr>
          <w:p w14:paraId="78151029" w14:textId="77777777" w:rsidR="007A09BB" w:rsidRDefault="003A6BAE">
            <w:r>
              <w:rPr>
                <w:sz w:val="18"/>
              </w:rPr>
              <w:t>Miqdori</w:t>
            </w:r>
          </w:p>
        </w:tc>
        <w:tc>
          <w:tcPr>
            <w:tcW w:w="1465" w:type="dxa"/>
            <w:vAlign w:val="center"/>
          </w:tcPr>
          <w:p w14:paraId="5B19ECA1" w14:textId="77777777" w:rsidR="007A09BB" w:rsidRDefault="003A6BAE">
            <w:r>
              <w:rPr>
                <w:sz w:val="18"/>
              </w:rPr>
              <w:t xml:space="preserve">Bir </w:t>
            </w:r>
            <w:r>
              <w:rPr>
                <w:sz w:val="18"/>
              </w:rPr>
              <w:t>birlik narxi</w:t>
            </w:r>
          </w:p>
        </w:tc>
        <w:tc>
          <w:tcPr>
            <w:tcW w:w="1465" w:type="dxa"/>
            <w:vAlign w:val="center"/>
          </w:tcPr>
          <w:p w14:paraId="0C97C085" w14:textId="77777777" w:rsidR="007A09BB" w:rsidRDefault="003A6BAE">
            <w:r>
              <w:rPr>
                <w:sz w:val="18"/>
              </w:rPr>
              <w:t>Jami</w:t>
            </w:r>
          </w:p>
        </w:tc>
      </w:tr>
      <w:tr w:rsidR="007A09BB" w14:paraId="3DD4DC59" w14:textId="77777777">
        <w:trPr>
          <w:jc w:val="center"/>
        </w:trPr>
        <w:tc>
          <w:tcPr>
            <w:tcW w:w="1465" w:type="dxa"/>
            <w:vAlign w:val="center"/>
          </w:tcPr>
          <w:p w14:paraId="7CA2F9F4" w14:textId="77777777" w:rsidR="007A09BB" w:rsidRDefault="003A6BAE">
            <w:r>
              <w:rPr>
                <w:sz w:val="18"/>
              </w:rPr>
              <w:t>1</w:t>
            </w:r>
          </w:p>
        </w:tc>
        <w:tc>
          <w:tcPr>
            <w:tcW w:w="1465" w:type="dxa"/>
            <w:vAlign w:val="center"/>
          </w:tcPr>
          <w:p w14:paraId="135C06D2" w14:textId="77777777" w:rsidR="007A09BB" w:rsidRDefault="007A09BB"/>
        </w:tc>
        <w:tc>
          <w:tcPr>
            <w:tcW w:w="1465" w:type="dxa"/>
            <w:vAlign w:val="center"/>
          </w:tcPr>
          <w:p w14:paraId="4C7E5F75" w14:textId="77777777" w:rsidR="007A09BB" w:rsidRDefault="007A09BB"/>
        </w:tc>
        <w:tc>
          <w:tcPr>
            <w:tcW w:w="1465" w:type="dxa"/>
            <w:vAlign w:val="center"/>
          </w:tcPr>
          <w:p w14:paraId="2720FC0C" w14:textId="77777777" w:rsidR="007A09BB" w:rsidRDefault="007A09BB"/>
        </w:tc>
        <w:tc>
          <w:tcPr>
            <w:tcW w:w="1465" w:type="dxa"/>
            <w:vAlign w:val="center"/>
          </w:tcPr>
          <w:p w14:paraId="37722B75" w14:textId="77777777" w:rsidR="007A09BB" w:rsidRDefault="007A09BB"/>
        </w:tc>
        <w:tc>
          <w:tcPr>
            <w:tcW w:w="1465" w:type="dxa"/>
            <w:vAlign w:val="center"/>
          </w:tcPr>
          <w:p w14:paraId="31F9EBD7" w14:textId="77777777" w:rsidR="007A09BB" w:rsidRDefault="007A09BB"/>
        </w:tc>
        <w:tc>
          <w:tcPr>
            <w:tcW w:w="1465" w:type="dxa"/>
            <w:vAlign w:val="center"/>
          </w:tcPr>
          <w:p w14:paraId="5BD963C1" w14:textId="77777777" w:rsidR="007A09BB" w:rsidRDefault="007A09BB"/>
        </w:tc>
      </w:tr>
      <w:tr w:rsidR="007A09BB" w14:paraId="6D23972A" w14:textId="77777777">
        <w:trPr>
          <w:jc w:val="center"/>
        </w:trPr>
        <w:tc>
          <w:tcPr>
            <w:tcW w:w="1465" w:type="dxa"/>
            <w:vAlign w:val="center"/>
          </w:tcPr>
          <w:p w14:paraId="2A161820" w14:textId="77777777" w:rsidR="007A09BB" w:rsidRDefault="003A6BAE">
            <w:r>
              <w:rPr>
                <w:sz w:val="18"/>
              </w:rPr>
              <w:t>2</w:t>
            </w:r>
          </w:p>
        </w:tc>
        <w:tc>
          <w:tcPr>
            <w:tcW w:w="1465" w:type="dxa"/>
            <w:vAlign w:val="center"/>
          </w:tcPr>
          <w:p w14:paraId="2CA85CA4" w14:textId="77777777" w:rsidR="007A09BB" w:rsidRDefault="007A09BB"/>
        </w:tc>
        <w:tc>
          <w:tcPr>
            <w:tcW w:w="1465" w:type="dxa"/>
            <w:vAlign w:val="center"/>
          </w:tcPr>
          <w:p w14:paraId="51F6D153" w14:textId="77777777" w:rsidR="007A09BB" w:rsidRDefault="007A09BB"/>
        </w:tc>
        <w:tc>
          <w:tcPr>
            <w:tcW w:w="1465" w:type="dxa"/>
            <w:vAlign w:val="center"/>
          </w:tcPr>
          <w:p w14:paraId="04C93D84" w14:textId="77777777" w:rsidR="007A09BB" w:rsidRDefault="007A09BB"/>
        </w:tc>
        <w:tc>
          <w:tcPr>
            <w:tcW w:w="1465" w:type="dxa"/>
            <w:vAlign w:val="center"/>
          </w:tcPr>
          <w:p w14:paraId="374994B2" w14:textId="77777777" w:rsidR="007A09BB" w:rsidRDefault="007A09BB"/>
        </w:tc>
        <w:tc>
          <w:tcPr>
            <w:tcW w:w="1465" w:type="dxa"/>
            <w:vAlign w:val="center"/>
          </w:tcPr>
          <w:p w14:paraId="1CDA3CCB" w14:textId="77777777" w:rsidR="007A09BB" w:rsidRDefault="007A09BB"/>
        </w:tc>
        <w:tc>
          <w:tcPr>
            <w:tcW w:w="1465" w:type="dxa"/>
            <w:vAlign w:val="center"/>
          </w:tcPr>
          <w:p w14:paraId="7B5B0033" w14:textId="77777777" w:rsidR="007A09BB" w:rsidRDefault="007A09BB"/>
        </w:tc>
      </w:tr>
      <w:tr w:rsidR="007A09BB" w14:paraId="733D755C" w14:textId="77777777">
        <w:trPr>
          <w:jc w:val="center"/>
        </w:trPr>
        <w:tc>
          <w:tcPr>
            <w:tcW w:w="1465" w:type="dxa"/>
            <w:vAlign w:val="center"/>
          </w:tcPr>
          <w:p w14:paraId="096B232B" w14:textId="77777777" w:rsidR="007A09BB" w:rsidRDefault="003A6BAE">
            <w:r>
              <w:rPr>
                <w:sz w:val="18"/>
              </w:rPr>
              <w:t>3</w:t>
            </w:r>
          </w:p>
        </w:tc>
        <w:tc>
          <w:tcPr>
            <w:tcW w:w="1465" w:type="dxa"/>
            <w:vAlign w:val="center"/>
          </w:tcPr>
          <w:p w14:paraId="6E30D44D" w14:textId="77777777" w:rsidR="007A09BB" w:rsidRDefault="007A09BB"/>
        </w:tc>
        <w:tc>
          <w:tcPr>
            <w:tcW w:w="1465" w:type="dxa"/>
            <w:vAlign w:val="center"/>
          </w:tcPr>
          <w:p w14:paraId="624D8A34" w14:textId="77777777" w:rsidR="007A09BB" w:rsidRDefault="007A09BB"/>
        </w:tc>
        <w:tc>
          <w:tcPr>
            <w:tcW w:w="1465" w:type="dxa"/>
            <w:vAlign w:val="center"/>
          </w:tcPr>
          <w:p w14:paraId="53BBCD06" w14:textId="77777777" w:rsidR="007A09BB" w:rsidRDefault="007A09BB"/>
        </w:tc>
        <w:tc>
          <w:tcPr>
            <w:tcW w:w="1465" w:type="dxa"/>
            <w:vAlign w:val="center"/>
          </w:tcPr>
          <w:p w14:paraId="66B53ABD" w14:textId="77777777" w:rsidR="007A09BB" w:rsidRDefault="007A09BB"/>
        </w:tc>
        <w:tc>
          <w:tcPr>
            <w:tcW w:w="1465" w:type="dxa"/>
            <w:vAlign w:val="center"/>
          </w:tcPr>
          <w:p w14:paraId="519B6383" w14:textId="77777777" w:rsidR="007A09BB" w:rsidRDefault="007A09BB"/>
        </w:tc>
        <w:tc>
          <w:tcPr>
            <w:tcW w:w="1465" w:type="dxa"/>
            <w:vAlign w:val="center"/>
          </w:tcPr>
          <w:p w14:paraId="51458649" w14:textId="77777777" w:rsidR="007A09BB" w:rsidRDefault="007A09BB"/>
        </w:tc>
      </w:tr>
      <w:tr w:rsidR="007A09BB" w14:paraId="68E2AEAD" w14:textId="77777777">
        <w:trPr>
          <w:jc w:val="center"/>
        </w:trPr>
        <w:tc>
          <w:tcPr>
            <w:tcW w:w="1465" w:type="dxa"/>
            <w:vAlign w:val="center"/>
          </w:tcPr>
          <w:p w14:paraId="17CC3845" w14:textId="77777777" w:rsidR="007A09BB" w:rsidRDefault="003A6BAE">
            <w:r>
              <w:rPr>
                <w:sz w:val="18"/>
              </w:rPr>
              <w:t>4</w:t>
            </w:r>
          </w:p>
        </w:tc>
        <w:tc>
          <w:tcPr>
            <w:tcW w:w="1465" w:type="dxa"/>
            <w:vAlign w:val="center"/>
          </w:tcPr>
          <w:p w14:paraId="10976DA2" w14:textId="77777777" w:rsidR="007A09BB" w:rsidRDefault="007A09BB"/>
        </w:tc>
        <w:tc>
          <w:tcPr>
            <w:tcW w:w="1465" w:type="dxa"/>
            <w:vAlign w:val="center"/>
          </w:tcPr>
          <w:p w14:paraId="1C55AD08" w14:textId="77777777" w:rsidR="007A09BB" w:rsidRDefault="007A09BB"/>
        </w:tc>
        <w:tc>
          <w:tcPr>
            <w:tcW w:w="1465" w:type="dxa"/>
            <w:vAlign w:val="center"/>
          </w:tcPr>
          <w:p w14:paraId="1DDBC2D5" w14:textId="77777777" w:rsidR="007A09BB" w:rsidRDefault="007A09BB"/>
        </w:tc>
        <w:tc>
          <w:tcPr>
            <w:tcW w:w="1465" w:type="dxa"/>
            <w:vAlign w:val="center"/>
          </w:tcPr>
          <w:p w14:paraId="12CE1E54" w14:textId="77777777" w:rsidR="007A09BB" w:rsidRDefault="007A09BB"/>
        </w:tc>
        <w:tc>
          <w:tcPr>
            <w:tcW w:w="1465" w:type="dxa"/>
            <w:vAlign w:val="center"/>
          </w:tcPr>
          <w:p w14:paraId="086E31CB" w14:textId="77777777" w:rsidR="007A09BB" w:rsidRDefault="007A09BB"/>
        </w:tc>
        <w:tc>
          <w:tcPr>
            <w:tcW w:w="1465" w:type="dxa"/>
            <w:vAlign w:val="center"/>
          </w:tcPr>
          <w:p w14:paraId="0678F1D8" w14:textId="77777777" w:rsidR="007A09BB" w:rsidRDefault="007A09BB"/>
        </w:tc>
      </w:tr>
      <w:tr w:rsidR="007A09BB" w14:paraId="2A4FBC71" w14:textId="77777777">
        <w:trPr>
          <w:jc w:val="center"/>
        </w:trPr>
        <w:tc>
          <w:tcPr>
            <w:tcW w:w="1465" w:type="dxa"/>
            <w:vAlign w:val="center"/>
          </w:tcPr>
          <w:p w14:paraId="5B54206D" w14:textId="77777777" w:rsidR="007A09BB" w:rsidRDefault="003A6BAE">
            <w:r>
              <w:rPr>
                <w:sz w:val="18"/>
              </w:rPr>
              <w:t>5</w:t>
            </w:r>
          </w:p>
        </w:tc>
        <w:tc>
          <w:tcPr>
            <w:tcW w:w="1465" w:type="dxa"/>
            <w:vAlign w:val="center"/>
          </w:tcPr>
          <w:p w14:paraId="456CDFEC" w14:textId="77777777" w:rsidR="007A09BB" w:rsidRDefault="007A09BB"/>
        </w:tc>
        <w:tc>
          <w:tcPr>
            <w:tcW w:w="1465" w:type="dxa"/>
            <w:vAlign w:val="center"/>
          </w:tcPr>
          <w:p w14:paraId="7CD730E7" w14:textId="77777777" w:rsidR="007A09BB" w:rsidRDefault="007A09BB"/>
        </w:tc>
        <w:tc>
          <w:tcPr>
            <w:tcW w:w="1465" w:type="dxa"/>
            <w:vAlign w:val="center"/>
          </w:tcPr>
          <w:p w14:paraId="667C1BC1" w14:textId="77777777" w:rsidR="007A09BB" w:rsidRDefault="007A09BB"/>
        </w:tc>
        <w:tc>
          <w:tcPr>
            <w:tcW w:w="1465" w:type="dxa"/>
            <w:vAlign w:val="center"/>
          </w:tcPr>
          <w:p w14:paraId="4241B579" w14:textId="77777777" w:rsidR="007A09BB" w:rsidRDefault="007A09BB"/>
        </w:tc>
        <w:tc>
          <w:tcPr>
            <w:tcW w:w="1465" w:type="dxa"/>
            <w:vAlign w:val="center"/>
          </w:tcPr>
          <w:p w14:paraId="6DDBAE2F" w14:textId="77777777" w:rsidR="007A09BB" w:rsidRDefault="007A09BB"/>
        </w:tc>
        <w:tc>
          <w:tcPr>
            <w:tcW w:w="1465" w:type="dxa"/>
            <w:vAlign w:val="center"/>
          </w:tcPr>
          <w:p w14:paraId="1FB62901" w14:textId="77777777" w:rsidR="007A09BB" w:rsidRDefault="007A09BB"/>
        </w:tc>
      </w:tr>
    </w:tbl>
    <w:p w14:paraId="4FFD13EA" w14:textId="77777777" w:rsidR="007A09BB" w:rsidRDefault="003A6BAE">
      <w:r>
        <w:rPr>
          <w:b/>
        </w:rPr>
        <w:t>Jami taklif qiymati: __________________________________ so‘m.</w:t>
      </w:r>
    </w:p>
    <w:p w14:paraId="3AF1E22F" w14:textId="77777777" w:rsidR="007A09BB" w:rsidRDefault="003A6BAE">
      <w:r>
        <w:t xml:space="preserve">So‘z bilan: </w:t>
      </w:r>
      <w:r>
        <w:t>________________________________________________________________</w:t>
      </w:r>
    </w:p>
    <w:p w14:paraId="6C7EE74F" w14:textId="77777777" w:rsidR="007A09BB" w:rsidRDefault="003A6BAE">
      <w:pPr>
        <w:spacing w:before="160"/>
      </w:pPr>
      <w:r>
        <w:rPr>
          <w:b/>
          <w:sz w:val="24"/>
        </w:rPr>
        <w:t>3. Narx tarkibi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2564"/>
        <w:gridCol w:w="2564"/>
        <w:gridCol w:w="2564"/>
        <w:gridCol w:w="2564"/>
      </w:tblGrid>
      <w:tr w:rsidR="007A09BB" w14:paraId="2CA5C850" w14:textId="77777777">
        <w:tc>
          <w:tcPr>
            <w:tcW w:w="2564" w:type="dxa"/>
            <w:vAlign w:val="center"/>
          </w:tcPr>
          <w:p w14:paraId="5B7CB16A" w14:textId="77777777" w:rsidR="007A09BB" w:rsidRPr="003A6BAE" w:rsidRDefault="003A6BAE" w:rsidP="003A6BAE">
            <w:pPr>
              <w:jc w:val="center"/>
              <w:rPr>
                <w:b/>
                <w:bCs/>
              </w:rPr>
            </w:pPr>
            <w:r w:rsidRPr="003A6BAE">
              <w:rPr>
                <w:b/>
                <w:bCs/>
                <w:sz w:val="18"/>
              </w:rPr>
              <w:t>Xarajat turi</w:t>
            </w:r>
          </w:p>
        </w:tc>
        <w:tc>
          <w:tcPr>
            <w:tcW w:w="2564" w:type="dxa"/>
            <w:vAlign w:val="center"/>
          </w:tcPr>
          <w:p w14:paraId="59AF291D" w14:textId="77777777" w:rsidR="007A09BB" w:rsidRPr="003A6BAE" w:rsidRDefault="003A6BAE" w:rsidP="003A6BAE">
            <w:pPr>
              <w:jc w:val="center"/>
              <w:rPr>
                <w:b/>
                <w:bCs/>
              </w:rPr>
            </w:pPr>
            <w:r w:rsidRPr="003A6BAE">
              <w:rPr>
                <w:b/>
                <w:bCs/>
                <w:sz w:val="18"/>
              </w:rPr>
              <w:t>Narxga kiritilgan</w:t>
            </w:r>
          </w:p>
        </w:tc>
        <w:tc>
          <w:tcPr>
            <w:tcW w:w="2564" w:type="dxa"/>
            <w:vAlign w:val="center"/>
          </w:tcPr>
          <w:p w14:paraId="2FC9362C" w14:textId="77777777" w:rsidR="007A09BB" w:rsidRPr="003A6BAE" w:rsidRDefault="003A6BAE" w:rsidP="003A6BAE">
            <w:pPr>
              <w:jc w:val="center"/>
              <w:rPr>
                <w:b/>
                <w:bCs/>
              </w:rPr>
            </w:pPr>
            <w:r w:rsidRPr="003A6BAE">
              <w:rPr>
                <w:b/>
                <w:bCs/>
                <w:sz w:val="18"/>
              </w:rPr>
              <w:t>Narxga kiritilmagan</w:t>
            </w:r>
          </w:p>
        </w:tc>
        <w:tc>
          <w:tcPr>
            <w:tcW w:w="2564" w:type="dxa"/>
            <w:vAlign w:val="center"/>
          </w:tcPr>
          <w:p w14:paraId="552FFA65" w14:textId="77777777" w:rsidR="007A09BB" w:rsidRPr="003A6BAE" w:rsidRDefault="003A6BAE" w:rsidP="003A6BAE">
            <w:pPr>
              <w:jc w:val="center"/>
              <w:rPr>
                <w:b/>
                <w:bCs/>
              </w:rPr>
            </w:pPr>
            <w:r w:rsidRPr="003A6BAE">
              <w:rPr>
                <w:b/>
                <w:bCs/>
                <w:sz w:val="18"/>
              </w:rPr>
              <w:t>Izoh</w:t>
            </w:r>
          </w:p>
        </w:tc>
      </w:tr>
      <w:tr w:rsidR="007A09BB" w14:paraId="425D2B75" w14:textId="77777777">
        <w:tc>
          <w:tcPr>
            <w:tcW w:w="2564" w:type="dxa"/>
            <w:vAlign w:val="center"/>
          </w:tcPr>
          <w:p w14:paraId="6F0273CF" w14:textId="77777777" w:rsidR="007A09BB" w:rsidRDefault="003A6BAE">
            <w:r>
              <w:rPr>
                <w:sz w:val="18"/>
              </w:rPr>
              <w:t>QQS</w:t>
            </w:r>
          </w:p>
        </w:tc>
        <w:tc>
          <w:tcPr>
            <w:tcW w:w="2564" w:type="dxa"/>
            <w:vAlign w:val="center"/>
          </w:tcPr>
          <w:p w14:paraId="4C21C8BB" w14:textId="122829F1" w:rsidR="007A09BB" w:rsidRDefault="007A09BB" w:rsidP="003A6BAE">
            <w:pPr>
              <w:jc w:val="center"/>
            </w:pPr>
          </w:p>
        </w:tc>
        <w:tc>
          <w:tcPr>
            <w:tcW w:w="2564" w:type="dxa"/>
            <w:vAlign w:val="center"/>
          </w:tcPr>
          <w:p w14:paraId="471E8394" w14:textId="6C4AF1B9" w:rsidR="007A09BB" w:rsidRDefault="007A09BB" w:rsidP="003A6BAE">
            <w:pPr>
              <w:jc w:val="center"/>
            </w:pPr>
          </w:p>
        </w:tc>
        <w:tc>
          <w:tcPr>
            <w:tcW w:w="2564" w:type="dxa"/>
            <w:vAlign w:val="center"/>
          </w:tcPr>
          <w:p w14:paraId="78AA8FD7" w14:textId="77777777" w:rsidR="007A09BB" w:rsidRDefault="007A09BB"/>
        </w:tc>
      </w:tr>
      <w:tr w:rsidR="007A09BB" w14:paraId="4F8D4E31" w14:textId="77777777">
        <w:tc>
          <w:tcPr>
            <w:tcW w:w="2564" w:type="dxa"/>
            <w:vAlign w:val="center"/>
          </w:tcPr>
          <w:p w14:paraId="0B590731" w14:textId="77777777" w:rsidR="007A09BB" w:rsidRDefault="003A6BAE">
            <w:r>
              <w:rPr>
                <w:sz w:val="18"/>
              </w:rPr>
              <w:t>Boshqa soliqlar</w:t>
            </w:r>
          </w:p>
        </w:tc>
        <w:tc>
          <w:tcPr>
            <w:tcW w:w="2564" w:type="dxa"/>
            <w:vAlign w:val="center"/>
          </w:tcPr>
          <w:p w14:paraId="7175948D" w14:textId="38440BBC" w:rsidR="007A09BB" w:rsidRPr="003A6BAE" w:rsidRDefault="007A09BB" w:rsidP="003A6BAE">
            <w:pPr>
              <w:jc w:val="center"/>
              <w:rPr>
                <w:lang w:val="uz-Cyrl-UZ"/>
              </w:rPr>
            </w:pPr>
          </w:p>
        </w:tc>
        <w:tc>
          <w:tcPr>
            <w:tcW w:w="2564" w:type="dxa"/>
            <w:vAlign w:val="center"/>
          </w:tcPr>
          <w:p w14:paraId="46D0D670" w14:textId="29DDAD09" w:rsidR="007A09BB" w:rsidRDefault="007A09BB" w:rsidP="003A6BAE">
            <w:pPr>
              <w:jc w:val="center"/>
            </w:pPr>
          </w:p>
        </w:tc>
        <w:tc>
          <w:tcPr>
            <w:tcW w:w="2564" w:type="dxa"/>
            <w:vAlign w:val="center"/>
          </w:tcPr>
          <w:p w14:paraId="54BF7235" w14:textId="77777777" w:rsidR="007A09BB" w:rsidRDefault="007A09BB"/>
        </w:tc>
      </w:tr>
      <w:tr w:rsidR="007A09BB" w14:paraId="223829C1" w14:textId="77777777">
        <w:tc>
          <w:tcPr>
            <w:tcW w:w="2564" w:type="dxa"/>
            <w:vAlign w:val="center"/>
          </w:tcPr>
          <w:p w14:paraId="7AFDA010" w14:textId="77777777" w:rsidR="007A09BB" w:rsidRDefault="003A6BAE">
            <w:r>
              <w:rPr>
                <w:sz w:val="18"/>
              </w:rPr>
              <w:t>Boj va majburiy to‘lovlar</w:t>
            </w:r>
          </w:p>
        </w:tc>
        <w:tc>
          <w:tcPr>
            <w:tcW w:w="2564" w:type="dxa"/>
            <w:vAlign w:val="center"/>
          </w:tcPr>
          <w:p w14:paraId="6EF28616" w14:textId="2DB6A968" w:rsidR="007A09BB" w:rsidRDefault="007A09BB" w:rsidP="003A6BAE">
            <w:pPr>
              <w:jc w:val="center"/>
            </w:pPr>
          </w:p>
        </w:tc>
        <w:tc>
          <w:tcPr>
            <w:tcW w:w="2564" w:type="dxa"/>
            <w:vAlign w:val="center"/>
          </w:tcPr>
          <w:p w14:paraId="690EF8FE" w14:textId="2583007E" w:rsidR="007A09BB" w:rsidRDefault="007A09BB" w:rsidP="003A6BAE">
            <w:pPr>
              <w:jc w:val="center"/>
            </w:pPr>
          </w:p>
        </w:tc>
        <w:tc>
          <w:tcPr>
            <w:tcW w:w="2564" w:type="dxa"/>
            <w:vAlign w:val="center"/>
          </w:tcPr>
          <w:p w14:paraId="7E7323FA" w14:textId="77777777" w:rsidR="007A09BB" w:rsidRDefault="007A09BB"/>
        </w:tc>
      </w:tr>
      <w:tr w:rsidR="007A09BB" w14:paraId="09BBC1A2" w14:textId="77777777">
        <w:tc>
          <w:tcPr>
            <w:tcW w:w="2564" w:type="dxa"/>
            <w:vAlign w:val="center"/>
          </w:tcPr>
          <w:p w14:paraId="5FA6955F" w14:textId="77777777" w:rsidR="007A09BB" w:rsidRDefault="003A6BAE">
            <w:r>
              <w:rPr>
                <w:sz w:val="18"/>
              </w:rPr>
              <w:t>Yetkazib berish</w:t>
            </w:r>
          </w:p>
        </w:tc>
        <w:tc>
          <w:tcPr>
            <w:tcW w:w="2564" w:type="dxa"/>
            <w:vAlign w:val="center"/>
          </w:tcPr>
          <w:p w14:paraId="14BD4990" w14:textId="011D40B7" w:rsidR="007A09BB" w:rsidRDefault="007A09BB" w:rsidP="003A6BAE">
            <w:pPr>
              <w:jc w:val="center"/>
            </w:pPr>
          </w:p>
        </w:tc>
        <w:tc>
          <w:tcPr>
            <w:tcW w:w="2564" w:type="dxa"/>
            <w:vAlign w:val="center"/>
          </w:tcPr>
          <w:p w14:paraId="3CBBC9F1" w14:textId="538DC722" w:rsidR="007A09BB" w:rsidRDefault="007A09BB" w:rsidP="003A6BAE">
            <w:pPr>
              <w:jc w:val="center"/>
            </w:pPr>
          </w:p>
        </w:tc>
        <w:tc>
          <w:tcPr>
            <w:tcW w:w="2564" w:type="dxa"/>
            <w:vAlign w:val="center"/>
          </w:tcPr>
          <w:p w14:paraId="0B3EF7F9" w14:textId="77777777" w:rsidR="007A09BB" w:rsidRDefault="007A09BB"/>
        </w:tc>
      </w:tr>
      <w:tr w:rsidR="007A09BB" w14:paraId="67A91D31" w14:textId="77777777">
        <w:tc>
          <w:tcPr>
            <w:tcW w:w="2564" w:type="dxa"/>
            <w:vAlign w:val="center"/>
          </w:tcPr>
          <w:p w14:paraId="030023D8" w14:textId="77777777" w:rsidR="007A09BB" w:rsidRDefault="003A6BAE">
            <w:r>
              <w:rPr>
                <w:sz w:val="18"/>
              </w:rPr>
              <w:t>Montaj/o‘rnatish</w:t>
            </w:r>
          </w:p>
        </w:tc>
        <w:tc>
          <w:tcPr>
            <w:tcW w:w="2564" w:type="dxa"/>
            <w:vAlign w:val="center"/>
          </w:tcPr>
          <w:p w14:paraId="376BCD97" w14:textId="27733636" w:rsidR="007A09BB" w:rsidRDefault="007A09BB" w:rsidP="003A6BAE">
            <w:pPr>
              <w:jc w:val="center"/>
            </w:pPr>
          </w:p>
        </w:tc>
        <w:tc>
          <w:tcPr>
            <w:tcW w:w="2564" w:type="dxa"/>
            <w:vAlign w:val="center"/>
          </w:tcPr>
          <w:p w14:paraId="3DBAF592" w14:textId="5A486C65" w:rsidR="007A09BB" w:rsidRDefault="007A09BB" w:rsidP="003A6BAE">
            <w:pPr>
              <w:jc w:val="center"/>
            </w:pPr>
          </w:p>
        </w:tc>
        <w:tc>
          <w:tcPr>
            <w:tcW w:w="2564" w:type="dxa"/>
            <w:vAlign w:val="center"/>
          </w:tcPr>
          <w:p w14:paraId="486BB91B" w14:textId="77777777" w:rsidR="007A09BB" w:rsidRDefault="007A09BB"/>
        </w:tc>
      </w:tr>
      <w:tr w:rsidR="007A09BB" w14:paraId="64E46B80" w14:textId="77777777">
        <w:tc>
          <w:tcPr>
            <w:tcW w:w="2564" w:type="dxa"/>
            <w:vAlign w:val="center"/>
          </w:tcPr>
          <w:p w14:paraId="5DD1DF94" w14:textId="77777777" w:rsidR="007A09BB" w:rsidRDefault="003A6BAE">
            <w:r>
              <w:rPr>
                <w:sz w:val="18"/>
              </w:rPr>
              <w:t>Qadoqlash</w:t>
            </w:r>
          </w:p>
        </w:tc>
        <w:tc>
          <w:tcPr>
            <w:tcW w:w="2564" w:type="dxa"/>
            <w:vAlign w:val="center"/>
          </w:tcPr>
          <w:p w14:paraId="577B177E" w14:textId="5CB15142" w:rsidR="007A09BB" w:rsidRDefault="007A09BB" w:rsidP="003A6BAE">
            <w:pPr>
              <w:jc w:val="center"/>
            </w:pPr>
          </w:p>
        </w:tc>
        <w:tc>
          <w:tcPr>
            <w:tcW w:w="2564" w:type="dxa"/>
            <w:vAlign w:val="center"/>
          </w:tcPr>
          <w:p w14:paraId="284117BD" w14:textId="09F37A8E" w:rsidR="007A09BB" w:rsidRDefault="007A09BB" w:rsidP="003A6BAE">
            <w:pPr>
              <w:jc w:val="center"/>
            </w:pPr>
          </w:p>
        </w:tc>
        <w:tc>
          <w:tcPr>
            <w:tcW w:w="2564" w:type="dxa"/>
            <w:vAlign w:val="center"/>
          </w:tcPr>
          <w:p w14:paraId="643874C4" w14:textId="77777777" w:rsidR="007A09BB" w:rsidRDefault="007A09BB"/>
        </w:tc>
      </w:tr>
      <w:tr w:rsidR="007A09BB" w14:paraId="16AF7D01" w14:textId="77777777">
        <w:tc>
          <w:tcPr>
            <w:tcW w:w="2564" w:type="dxa"/>
            <w:vAlign w:val="center"/>
          </w:tcPr>
          <w:p w14:paraId="29FD07B6" w14:textId="77777777" w:rsidR="007A09BB" w:rsidRDefault="003A6BAE">
            <w:r>
              <w:rPr>
                <w:sz w:val="18"/>
              </w:rPr>
              <w:t>Yuklash-tushirish</w:t>
            </w:r>
          </w:p>
        </w:tc>
        <w:tc>
          <w:tcPr>
            <w:tcW w:w="2564" w:type="dxa"/>
            <w:vAlign w:val="center"/>
          </w:tcPr>
          <w:p w14:paraId="6B1D8E68" w14:textId="71460850" w:rsidR="007A09BB" w:rsidRDefault="007A09BB" w:rsidP="003A6BAE">
            <w:pPr>
              <w:jc w:val="center"/>
            </w:pPr>
          </w:p>
        </w:tc>
        <w:tc>
          <w:tcPr>
            <w:tcW w:w="2564" w:type="dxa"/>
            <w:vAlign w:val="center"/>
          </w:tcPr>
          <w:p w14:paraId="67ED1BF2" w14:textId="1987293F" w:rsidR="007A09BB" w:rsidRDefault="007A09BB" w:rsidP="003A6BAE">
            <w:pPr>
              <w:jc w:val="center"/>
            </w:pPr>
          </w:p>
        </w:tc>
        <w:tc>
          <w:tcPr>
            <w:tcW w:w="2564" w:type="dxa"/>
            <w:vAlign w:val="center"/>
          </w:tcPr>
          <w:p w14:paraId="0E560FF9" w14:textId="77777777" w:rsidR="007A09BB" w:rsidRDefault="007A09BB"/>
        </w:tc>
      </w:tr>
      <w:tr w:rsidR="007A09BB" w14:paraId="26F49F90" w14:textId="77777777">
        <w:tc>
          <w:tcPr>
            <w:tcW w:w="2564" w:type="dxa"/>
            <w:vAlign w:val="center"/>
          </w:tcPr>
          <w:p w14:paraId="655B5605" w14:textId="77777777" w:rsidR="007A09BB" w:rsidRDefault="003A6BAE">
            <w:r>
              <w:rPr>
                <w:sz w:val="18"/>
              </w:rPr>
              <w:t>Boshqa xarajatlar</w:t>
            </w:r>
          </w:p>
        </w:tc>
        <w:tc>
          <w:tcPr>
            <w:tcW w:w="2564" w:type="dxa"/>
            <w:vAlign w:val="center"/>
          </w:tcPr>
          <w:p w14:paraId="7BFFE2AB" w14:textId="4044C56D" w:rsidR="007A09BB" w:rsidRDefault="007A09BB" w:rsidP="003A6BAE">
            <w:pPr>
              <w:jc w:val="center"/>
            </w:pPr>
          </w:p>
        </w:tc>
        <w:tc>
          <w:tcPr>
            <w:tcW w:w="2564" w:type="dxa"/>
            <w:vAlign w:val="center"/>
          </w:tcPr>
          <w:p w14:paraId="22A7A6B2" w14:textId="26B9C845" w:rsidR="007A09BB" w:rsidRDefault="007A09BB" w:rsidP="003A6BAE">
            <w:pPr>
              <w:jc w:val="center"/>
            </w:pPr>
          </w:p>
        </w:tc>
        <w:tc>
          <w:tcPr>
            <w:tcW w:w="2564" w:type="dxa"/>
            <w:vAlign w:val="center"/>
          </w:tcPr>
          <w:p w14:paraId="14B2B5C9" w14:textId="77777777" w:rsidR="007A09BB" w:rsidRDefault="007A09BB"/>
        </w:tc>
      </w:tr>
    </w:tbl>
    <w:p w14:paraId="119A0BFE" w14:textId="77777777" w:rsidR="007A09BB" w:rsidRDefault="003A6BAE">
      <w:pPr>
        <w:spacing w:before="160"/>
      </w:pPr>
      <w:r>
        <w:rPr>
          <w:b/>
          <w:sz w:val="24"/>
        </w:rPr>
        <w:t>4. Tovarning batafsil xususiyatlari</w:t>
      </w:r>
    </w:p>
    <w:p w14:paraId="5DCAB6FC" w14:textId="77777777" w:rsidR="007A09BB" w:rsidRDefault="003A6BAE">
      <w:r>
        <w:rPr>
          <w:b/>
        </w:rPr>
        <w:t>Iste’mol, funksional, texnik va ekspluatatsiya xususiyatlari:</w:t>
      </w:r>
    </w:p>
    <w:p w14:paraId="44DAC5BA" w14:textId="77777777" w:rsidR="007A09BB" w:rsidRDefault="003A6BAE">
      <w:r>
        <w:t>____________________________________________________________________________</w:t>
      </w:r>
    </w:p>
    <w:p w14:paraId="17E044CB" w14:textId="77777777" w:rsidR="007A09BB" w:rsidRDefault="003A6BAE">
      <w:r>
        <w:rPr>
          <w:b/>
        </w:rPr>
        <w:t>Standartlar/texnik reglamentlar:</w:t>
      </w:r>
    </w:p>
    <w:p w14:paraId="11BBD985" w14:textId="77777777" w:rsidR="007A09BB" w:rsidRDefault="003A6BAE">
      <w:r>
        <w:t>____________________________________________________________________________</w:t>
      </w:r>
    </w:p>
    <w:p w14:paraId="6E947883" w14:textId="77777777" w:rsidR="007A09BB" w:rsidRDefault="003A6BAE">
      <w:r>
        <w:rPr>
          <w:b/>
        </w:rPr>
        <w:t>Komplektatsiyasi:</w:t>
      </w:r>
    </w:p>
    <w:p w14:paraId="50E03871" w14:textId="77777777" w:rsidR="007A09BB" w:rsidRDefault="003A6BAE">
      <w:r>
        <w:lastRenderedPageBreak/>
        <w:t>___________________________________________________</w:t>
      </w:r>
      <w:r>
        <w:t>_________________________</w:t>
      </w:r>
    </w:p>
    <w:p w14:paraId="44E234D2" w14:textId="77777777" w:rsidR="007A09BB" w:rsidRDefault="003A6BAE">
      <w:r>
        <w:rPr>
          <w:b/>
        </w:rPr>
        <w:t>Ishlab chiqaruvchi va modeli (markasi):</w:t>
      </w:r>
    </w:p>
    <w:p w14:paraId="35113A1A" w14:textId="77777777" w:rsidR="007A09BB" w:rsidRDefault="003A6BAE">
      <w:r>
        <w:t>____________________________________________________________________________</w:t>
      </w:r>
    </w:p>
    <w:p w14:paraId="70EEBACE" w14:textId="77777777" w:rsidR="007A09BB" w:rsidRDefault="003A6BAE">
      <w:r>
        <w:rPr>
          <w:b/>
        </w:rPr>
        <w:t>Ishlab chiqarilgan yili:</w:t>
      </w:r>
    </w:p>
    <w:p w14:paraId="118155FE" w14:textId="77777777" w:rsidR="007A09BB" w:rsidRDefault="003A6BAE">
      <w:r>
        <w:t>____________________________________________________________________________</w:t>
      </w:r>
    </w:p>
    <w:p w14:paraId="29CCAD25" w14:textId="77777777" w:rsidR="007A09BB" w:rsidRDefault="003A6BAE">
      <w:r>
        <w:rPr>
          <w:b/>
        </w:rPr>
        <w:t>Sifat ko‘rs</w:t>
      </w:r>
      <w:r>
        <w:rPr>
          <w:b/>
        </w:rPr>
        <w:t>atkichlari:</w:t>
      </w:r>
    </w:p>
    <w:p w14:paraId="2C1B1CF0" w14:textId="77777777" w:rsidR="007A09BB" w:rsidRDefault="003A6BAE">
      <w:r>
        <w:t>____________________________________________________________________________</w:t>
      </w:r>
    </w:p>
    <w:p w14:paraId="2731FB61" w14:textId="77777777" w:rsidR="007A09BB" w:rsidRDefault="003A6BAE">
      <w:r>
        <w:rPr>
          <w:b/>
        </w:rPr>
        <w:t>Kafolat muddati:</w:t>
      </w:r>
    </w:p>
    <w:p w14:paraId="43858A0F" w14:textId="77777777" w:rsidR="007A09BB" w:rsidRDefault="003A6BAE">
      <w:r>
        <w:t>____________________________________________________________________________</w:t>
      </w:r>
    </w:p>
    <w:p w14:paraId="750E48C6" w14:textId="77777777" w:rsidR="007A09BB" w:rsidRDefault="003A6BAE">
      <w:r>
        <w:rPr>
          <w:b/>
        </w:rPr>
        <w:t>Servis xizmati:</w:t>
      </w:r>
    </w:p>
    <w:p w14:paraId="400AC047" w14:textId="77777777" w:rsidR="007A09BB" w:rsidRDefault="003A6BAE">
      <w:r>
        <w:t>_________________________________________________________</w:t>
      </w:r>
      <w:r>
        <w:t>___________________</w:t>
      </w:r>
    </w:p>
    <w:p w14:paraId="777F3071" w14:textId="77777777" w:rsidR="007A09BB" w:rsidRDefault="003A6BAE">
      <w:pPr>
        <w:spacing w:before="160"/>
      </w:pPr>
      <w:r>
        <w:rPr>
          <w:b/>
          <w:sz w:val="24"/>
        </w:rPr>
        <w:t>5. Yetkazib berish shartlari</w:t>
      </w:r>
    </w:p>
    <w:p w14:paraId="65725848" w14:textId="77777777" w:rsidR="007A09BB" w:rsidRDefault="003A6BAE">
      <w:r>
        <w:rPr>
          <w:b/>
        </w:rPr>
        <w:t>Yetkazib berish manzili:</w:t>
      </w:r>
    </w:p>
    <w:p w14:paraId="6EB1BE76" w14:textId="77777777" w:rsidR="007A09BB" w:rsidRDefault="003A6BAE">
      <w:r>
        <w:t>____________________________________________________________________________</w:t>
      </w:r>
    </w:p>
    <w:p w14:paraId="33E49BD2" w14:textId="77777777" w:rsidR="007A09BB" w:rsidRDefault="003A6BAE">
      <w:r>
        <w:rPr>
          <w:b/>
        </w:rPr>
        <w:t>Yetkazib berish muddati:</w:t>
      </w:r>
    </w:p>
    <w:p w14:paraId="643A90F1" w14:textId="77777777" w:rsidR="007A09BB" w:rsidRDefault="003A6BAE">
      <w:r>
        <w:t>____________________________________________________________________________</w:t>
      </w:r>
    </w:p>
    <w:p w14:paraId="35D75C98" w14:textId="77777777" w:rsidR="007A09BB" w:rsidRDefault="003A6BAE">
      <w:r>
        <w:rPr>
          <w:b/>
        </w:rPr>
        <w:t>Yetkazib berish sharti:</w:t>
      </w:r>
    </w:p>
    <w:p w14:paraId="22081467" w14:textId="77777777" w:rsidR="007A09BB" w:rsidRDefault="003A6BAE">
      <w:r>
        <w:t>____________________________________________________________________________</w:t>
      </w:r>
    </w:p>
    <w:p w14:paraId="2B037D73" w14:textId="77777777" w:rsidR="007A09BB" w:rsidRDefault="003A6BAE">
      <w:r>
        <w:rPr>
          <w:b/>
        </w:rPr>
        <w:t>Qabul qilish/topshirish shartlari:</w:t>
      </w:r>
    </w:p>
    <w:p w14:paraId="3FF069F0" w14:textId="77777777" w:rsidR="007A09BB" w:rsidRDefault="003A6BAE">
      <w:r>
        <w:t>____________________________________________________________________________</w:t>
      </w:r>
    </w:p>
    <w:p w14:paraId="051CE8C5" w14:textId="77777777" w:rsidR="007A09BB" w:rsidRDefault="003A6BAE">
      <w:pPr>
        <w:spacing w:before="160"/>
      </w:pPr>
      <w:r>
        <w:rPr>
          <w:b/>
          <w:sz w:val="24"/>
        </w:rPr>
        <w:t>6. Taklifning amal qilish muddati</w:t>
      </w:r>
    </w:p>
    <w:p w14:paraId="411A731B" w14:textId="77777777" w:rsidR="007A09BB" w:rsidRDefault="003A6BAE">
      <w:r>
        <w:t>Mazkur ti</w:t>
      </w:r>
      <w:r>
        <w:t>jorat taklifi «____» ______________ 20____ yilgacha amal qiladi.</w:t>
      </w:r>
    </w:p>
    <w:p w14:paraId="2EBEACB9" w14:textId="77777777" w:rsidR="007A09BB" w:rsidRDefault="003A6BAE">
      <w:pPr>
        <w:spacing w:before="160"/>
      </w:pPr>
      <w:r>
        <w:rPr>
          <w:b/>
          <w:sz w:val="24"/>
        </w:rPr>
        <w:t>7. Yagona milliy klassifikator kodi</w:t>
      </w:r>
    </w:p>
    <w:p w14:paraId="63F50DD8" w14:textId="77777777" w:rsidR="007A09BB" w:rsidRDefault="003A6BAE">
      <w:r>
        <w:t>Tovar (ish, xizmat)ning Yagona milliy klassifikator kodi: __________________________</w:t>
      </w:r>
    </w:p>
    <w:p w14:paraId="4B21131A" w14:textId="77777777" w:rsidR="007A09BB" w:rsidRDefault="003A6BAE">
      <w:pPr>
        <w:spacing w:before="160"/>
      </w:pPr>
      <w:r>
        <w:rPr>
          <w:b/>
          <w:sz w:val="24"/>
        </w:rPr>
        <w:t>8. Qo‘shimcha shartlar</w:t>
      </w:r>
    </w:p>
    <w:p w14:paraId="4EE69B0B" w14:textId="77777777" w:rsidR="007A09BB" w:rsidRDefault="003A6BAE">
      <w:r>
        <w:t>____________________________________________________________________________</w:t>
      </w:r>
    </w:p>
    <w:p w14:paraId="7FD6E396" w14:textId="77777777" w:rsidR="007A09BB" w:rsidRDefault="003A6BAE">
      <w:r>
        <w:t>____________________________________________________________________________</w:t>
      </w:r>
    </w:p>
    <w:p w14:paraId="71E5F597" w14:textId="77777777" w:rsidR="007A09BB" w:rsidRDefault="003A6BAE">
      <w:r>
        <w:t>____________________________________________________________________________</w:t>
      </w:r>
    </w:p>
    <w:p w14:paraId="1E0B84B0" w14:textId="77777777" w:rsidR="007A09BB" w:rsidRDefault="003A6BAE">
      <w:pPr>
        <w:spacing w:before="160"/>
      </w:pPr>
      <w:r>
        <w:rPr>
          <w:b/>
          <w:sz w:val="24"/>
        </w:rPr>
        <w:lastRenderedPageBreak/>
        <w:t xml:space="preserve">9. Yetkazib beruvchining </w:t>
      </w:r>
      <w:r>
        <w:rPr>
          <w:b/>
          <w:sz w:val="24"/>
        </w:rPr>
        <w:t>tasdig‘i</w:t>
      </w:r>
    </w:p>
    <w:p w14:paraId="3AEE1DE4" w14:textId="77777777" w:rsidR="007A09BB" w:rsidRDefault="003A6BAE">
      <w:r>
        <w:t>Biz yuqorida ko‘rsatilgan ma’lumotlarning to‘g‘riligini tasdiqlaymiz hamda ko‘rsatilgan narx va shartlar bo‘yicha tegishli majburiyatlarni bajarishga tayyormiz.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5128"/>
        <w:gridCol w:w="5128"/>
      </w:tblGrid>
      <w:tr w:rsidR="007A09BB" w14:paraId="646A2D80" w14:textId="77777777">
        <w:tc>
          <w:tcPr>
            <w:tcW w:w="5128" w:type="dxa"/>
            <w:vAlign w:val="center"/>
          </w:tcPr>
          <w:p w14:paraId="5BFD9861" w14:textId="77777777" w:rsidR="007A09BB" w:rsidRDefault="003A6BAE">
            <w:r>
              <w:rPr>
                <w:sz w:val="18"/>
              </w:rPr>
              <w:t>Rahbar</w:t>
            </w:r>
          </w:p>
        </w:tc>
        <w:tc>
          <w:tcPr>
            <w:tcW w:w="5128" w:type="dxa"/>
            <w:vAlign w:val="center"/>
          </w:tcPr>
          <w:p w14:paraId="2ACBB84D" w14:textId="77777777" w:rsidR="007A09BB" w:rsidRDefault="003A6BAE">
            <w:r>
              <w:rPr>
                <w:sz w:val="18"/>
              </w:rPr>
              <w:t>____________________________</w:t>
            </w:r>
          </w:p>
        </w:tc>
      </w:tr>
      <w:tr w:rsidR="007A09BB" w14:paraId="617B0FEF" w14:textId="77777777">
        <w:tc>
          <w:tcPr>
            <w:tcW w:w="5128" w:type="dxa"/>
            <w:vAlign w:val="center"/>
          </w:tcPr>
          <w:p w14:paraId="586064EF" w14:textId="77777777" w:rsidR="007A09BB" w:rsidRDefault="003A6BAE">
            <w:r>
              <w:rPr>
                <w:sz w:val="18"/>
              </w:rPr>
              <w:t>F.I.O.</w:t>
            </w:r>
          </w:p>
        </w:tc>
        <w:tc>
          <w:tcPr>
            <w:tcW w:w="5128" w:type="dxa"/>
            <w:vAlign w:val="center"/>
          </w:tcPr>
          <w:p w14:paraId="050D1213" w14:textId="77777777" w:rsidR="007A09BB" w:rsidRDefault="003A6BAE">
            <w:r>
              <w:rPr>
                <w:sz w:val="18"/>
              </w:rPr>
              <w:t>____________________________</w:t>
            </w:r>
          </w:p>
        </w:tc>
      </w:tr>
      <w:tr w:rsidR="007A09BB" w14:paraId="4960820E" w14:textId="77777777">
        <w:tc>
          <w:tcPr>
            <w:tcW w:w="5128" w:type="dxa"/>
            <w:vAlign w:val="center"/>
          </w:tcPr>
          <w:p w14:paraId="491F2408" w14:textId="77777777" w:rsidR="007A09BB" w:rsidRDefault="003A6BAE">
            <w:r>
              <w:rPr>
                <w:sz w:val="18"/>
              </w:rPr>
              <w:t>Lavozimi</w:t>
            </w:r>
          </w:p>
        </w:tc>
        <w:tc>
          <w:tcPr>
            <w:tcW w:w="5128" w:type="dxa"/>
            <w:vAlign w:val="center"/>
          </w:tcPr>
          <w:p w14:paraId="4AB62970" w14:textId="77777777" w:rsidR="007A09BB" w:rsidRDefault="003A6BAE">
            <w:r>
              <w:rPr>
                <w:sz w:val="18"/>
              </w:rPr>
              <w:t>___</w:t>
            </w:r>
            <w:r>
              <w:rPr>
                <w:sz w:val="18"/>
              </w:rPr>
              <w:t>_________________________</w:t>
            </w:r>
          </w:p>
        </w:tc>
      </w:tr>
      <w:tr w:rsidR="007A09BB" w14:paraId="46737A6F" w14:textId="77777777">
        <w:tc>
          <w:tcPr>
            <w:tcW w:w="5128" w:type="dxa"/>
            <w:vAlign w:val="center"/>
          </w:tcPr>
          <w:p w14:paraId="166A4129" w14:textId="77777777" w:rsidR="007A09BB" w:rsidRDefault="003A6BAE">
            <w:r>
              <w:rPr>
                <w:sz w:val="18"/>
              </w:rPr>
              <w:t>Imzo</w:t>
            </w:r>
          </w:p>
        </w:tc>
        <w:tc>
          <w:tcPr>
            <w:tcW w:w="5128" w:type="dxa"/>
            <w:vAlign w:val="center"/>
          </w:tcPr>
          <w:p w14:paraId="05526EDB" w14:textId="77777777" w:rsidR="007A09BB" w:rsidRDefault="003A6BAE">
            <w:r>
              <w:rPr>
                <w:sz w:val="18"/>
              </w:rPr>
              <w:t>____________________________</w:t>
            </w:r>
          </w:p>
        </w:tc>
      </w:tr>
      <w:tr w:rsidR="007A09BB" w14:paraId="28962928" w14:textId="77777777">
        <w:tc>
          <w:tcPr>
            <w:tcW w:w="5128" w:type="dxa"/>
            <w:vAlign w:val="center"/>
          </w:tcPr>
          <w:p w14:paraId="572CDAFA" w14:textId="77777777" w:rsidR="007A09BB" w:rsidRDefault="003A6BAE">
            <w:r>
              <w:rPr>
                <w:sz w:val="18"/>
              </w:rPr>
              <w:t>M.O‘.</w:t>
            </w:r>
          </w:p>
        </w:tc>
        <w:tc>
          <w:tcPr>
            <w:tcW w:w="5128" w:type="dxa"/>
            <w:vAlign w:val="center"/>
          </w:tcPr>
          <w:p w14:paraId="6ED97CD0" w14:textId="77777777" w:rsidR="007A09BB" w:rsidRDefault="003A6BAE">
            <w:r>
              <w:rPr>
                <w:sz w:val="18"/>
              </w:rPr>
              <w:t>____________________________</w:t>
            </w:r>
          </w:p>
        </w:tc>
      </w:tr>
    </w:tbl>
    <w:p w14:paraId="23B5A518" w14:textId="77777777" w:rsidR="007A09BB" w:rsidRDefault="003A6BAE">
      <w:pPr>
        <w:jc w:val="center"/>
      </w:pPr>
      <w:r>
        <w:rPr>
          <w:i/>
          <w:sz w:val="18"/>
        </w:rPr>
        <w:t>Izoh: Ushbu shakl davlat xaridi predmetining bozor narxini o‘rganish va narx ma’lumotlarini tizimlashtirish maqsadida, Vazirlar Mahkamasining 2026-yil 8-senta</w:t>
      </w:r>
      <w:r>
        <w:rPr>
          <w:i/>
          <w:sz w:val="18"/>
        </w:rPr>
        <w:t>brdagi 480-son qarorida nazarda tutilgan ma’lumotlar asosida ishlab chiqildi.</w:t>
      </w:r>
    </w:p>
    <w:sectPr w:rsidR="007A09BB" w:rsidSect="00034616">
      <w:pgSz w:w="12240" w:h="15840"/>
      <w:pgMar w:top="1020" w:right="850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6BAE"/>
    <w:rsid w:val="007A09B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185AE4"/>
  <w14:defaultImageDpi w14:val="300"/>
  <w15:docId w15:val="{C60B4AA5-8A14-4192-87AF-5E051B225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Xusanboev Aziz</cp:lastModifiedBy>
  <cp:revision>2</cp:revision>
  <dcterms:created xsi:type="dcterms:W3CDTF">2013-12-23T23:15:00Z</dcterms:created>
  <dcterms:modified xsi:type="dcterms:W3CDTF">2026-10-05T12:47:00Z</dcterms:modified>
  <cp:category/>
</cp:coreProperties>
</file>